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44C5D" w14:textId="3CF1E84A" w:rsidR="00B1745A" w:rsidRPr="00B1745A" w:rsidRDefault="00A4267A" w:rsidP="00B174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Fox Case Conferenc</w:t>
      </w:r>
    </w:p>
    <w:p w14:paraId="4C826D14" w14:textId="77777777" w:rsidR="00B1745A" w:rsidRDefault="00B1745A" w:rsidP="00B174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Embryo Case Submission Form</w:t>
      </w:r>
    </w:p>
    <w:p w14:paraId="340D0377" w14:textId="0178FE21" w:rsidR="00B1745A" w:rsidRPr="00B1745A" w:rsidRDefault="00B1745A" w:rsidP="00B1745A">
      <w:pPr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All cases submitted to the embryo case track must include the following for</w:t>
      </w:r>
      <w:r w:rsidR="007A624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. Please do not submit additional files. Include all relevant information in the spaces provided below. </w:t>
      </w:r>
    </w:p>
    <w:p w14:paraId="7CD6FFBC" w14:textId="4327DCCA" w:rsidR="00B1745A" w:rsidRDefault="00B1745A" w:rsidP="00B1745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</w:t>
      </w:r>
    </w:p>
    <w:p w14:paraId="429F7FF7" w14:textId="03CD8A3D" w:rsidR="00B1745A" w:rsidRP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Case Information</w:t>
      </w:r>
    </w:p>
    <w:p w14:paraId="7BFD0F8D" w14:textId="292DEB11" w:rsidR="00B1745A" w:rsidRP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 xml:space="preserve">Working </w:t>
      </w:r>
      <w:r>
        <w:rPr>
          <w:rFonts w:ascii="Times New Roman" w:hAnsi="Times New Roman" w:cs="Times New Roman"/>
          <w:sz w:val="24"/>
          <w:szCs w:val="24"/>
        </w:rPr>
        <w:t>Case Title</w:t>
      </w:r>
      <w:r w:rsidRPr="00B1745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64A98D9" w14:textId="54B8B28E" w:rsid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 xml:space="preserve">Author(s): </w:t>
      </w:r>
    </w:p>
    <w:p w14:paraId="65C75354" w14:textId="77777777" w:rsidR="007A624C" w:rsidRPr="00B1745A" w:rsidRDefault="007A624C" w:rsidP="00B1745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6D683C9" w14:textId="53F27A28" w:rsidR="00B1745A" w:rsidRP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Source of Case Data</w:t>
      </w:r>
    </w:p>
    <w:p w14:paraId="4E8AB6BF" w14:textId="27DF3C25" w:rsidR="00B1745A" w:rsidRP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Check all that apply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8E4B64D" w14:textId="0203621C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Library Research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5AB1B3D4" w14:textId="77777777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Interviews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7D4DDFB7" w14:textId="77777777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Consulting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473549A7" w14:textId="72E98992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Personal Experience ___</w:t>
      </w:r>
    </w:p>
    <w:p w14:paraId="39B6849C" w14:textId="77777777" w:rsidR="007A624C" w:rsidRDefault="007A624C" w:rsidP="007A624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5820A707" w14:textId="77777777" w:rsidR="00B1745A" w:rsidRPr="00B1745A" w:rsidRDefault="00B1745A" w:rsidP="00B1745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E1CEEE" w14:textId="2B6A9876" w:rsidR="00B1745A" w:rsidRP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Case </w:t>
      </w:r>
      <w:r w:rsidRPr="00B1745A">
        <w:rPr>
          <w:rFonts w:ascii="Times New Roman" w:hAnsi="Times New Roman" w:cs="Times New Roman"/>
          <w:b/>
          <w:bCs/>
          <w:sz w:val="24"/>
          <w:szCs w:val="24"/>
        </w:rPr>
        <w:t>Educational Context</w:t>
      </w:r>
    </w:p>
    <w:p w14:paraId="18FA5FE5" w14:textId="77777777" w:rsid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 xml:space="preserve">Expected </w:t>
      </w:r>
      <w:r>
        <w:rPr>
          <w:rFonts w:ascii="Times New Roman" w:hAnsi="Times New Roman" w:cs="Times New Roman"/>
          <w:sz w:val="24"/>
          <w:szCs w:val="24"/>
        </w:rPr>
        <w:t>level at which the case will be taught:</w:t>
      </w:r>
    </w:p>
    <w:p w14:paraId="26A2D4EF" w14:textId="24CD27AD" w:rsidR="00B1745A" w:rsidRDefault="00B1745A" w:rsidP="00B1745A">
      <w:pPr>
        <w:pStyle w:val="ListParagraph"/>
        <w:numPr>
          <w:ilvl w:val="0"/>
          <w:numId w:val="1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Undergraduate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5D8F9C96" w14:textId="057E268F" w:rsidR="00B1745A" w:rsidRDefault="00B1745A" w:rsidP="00B1745A">
      <w:pPr>
        <w:pStyle w:val="ListParagraph"/>
        <w:numPr>
          <w:ilvl w:val="0"/>
          <w:numId w:val="1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Advanced Undergraduate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6740F9EF" w14:textId="34807879" w:rsidR="00B1745A" w:rsidRDefault="00B1745A" w:rsidP="00B1745A">
      <w:pPr>
        <w:pStyle w:val="ListParagraph"/>
        <w:numPr>
          <w:ilvl w:val="0"/>
          <w:numId w:val="1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Graduate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79B63156" w14:textId="1C8B47CB" w:rsid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what course do you envision teaching the case? Please list 1-2 courses.</w:t>
      </w:r>
    </w:p>
    <w:p w14:paraId="16FE245C" w14:textId="77777777" w:rsidR="007A624C" w:rsidRPr="00B1745A" w:rsidRDefault="007A624C" w:rsidP="00B1745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FCFA0F3" w14:textId="6B0470B8" w:rsidR="00B1745A" w:rsidRDefault="00B1745A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Industry Setting:</w:t>
      </w:r>
    </w:p>
    <w:p w14:paraId="6D449E6D" w14:textId="77777777" w:rsidR="007A624C" w:rsidRPr="00B1745A" w:rsidRDefault="007A624C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</w:p>
    <w:p w14:paraId="6B5E7918" w14:textId="0A4040A7" w:rsidR="00B1745A" w:rsidRDefault="00B1745A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Case Protagonist</w:t>
      </w:r>
      <w:r w:rsidRPr="00B1745A">
        <w:rPr>
          <w:rFonts w:ascii="Times New Roman" w:hAnsi="Times New Roman" w:cs="Times New Roman"/>
          <w:sz w:val="24"/>
          <w:szCs w:val="24"/>
        </w:rPr>
        <w:t xml:space="preserve"> &amp; Job Title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232E923" w14:textId="77777777" w:rsidR="007A624C" w:rsidRPr="00B1745A" w:rsidRDefault="007A624C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</w:p>
    <w:p w14:paraId="38411FF7" w14:textId="7C3FC630" w:rsid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Instructor’s Manual - </w:t>
      </w:r>
      <w:r w:rsidRPr="00B1745A">
        <w:rPr>
          <w:rFonts w:ascii="Times New Roman" w:hAnsi="Times New Roman" w:cs="Times New Roman"/>
          <w:b/>
          <w:bCs/>
          <w:sz w:val="24"/>
          <w:szCs w:val="24"/>
        </w:rPr>
        <w:t>Learning &amp; Teaching Elements</w:t>
      </w:r>
    </w:p>
    <w:p w14:paraId="13896590" w14:textId="784DD404" w:rsidR="00B1745A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Relevant Theory:</w:t>
      </w:r>
    </w:p>
    <w:p w14:paraId="45854381" w14:textId="77777777" w:rsidR="007A624C" w:rsidRPr="00B1745A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E43430E" w14:textId="35703CBD" w:rsidR="00B1745A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Envisioned Learning Objectives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0EAA5E4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5BFA8B5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D4E053C" w14:textId="77777777" w:rsidR="007A624C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Questions</w:t>
      </w:r>
      <w:r w:rsidR="007A624C">
        <w:rPr>
          <w:rFonts w:ascii="Times New Roman" w:hAnsi="Times New Roman" w:cs="Times New Roman"/>
          <w:sz w:val="24"/>
          <w:szCs w:val="24"/>
        </w:rPr>
        <w:t>/</w:t>
      </w:r>
      <w:r w:rsidRPr="00B1745A">
        <w:rPr>
          <w:rFonts w:ascii="Times New Roman" w:hAnsi="Times New Roman" w:cs="Times New Roman"/>
          <w:sz w:val="24"/>
          <w:szCs w:val="24"/>
        </w:rPr>
        <w:t xml:space="preserve">Issues </w:t>
      </w:r>
      <w:r w:rsidR="007A624C">
        <w:rPr>
          <w:rFonts w:ascii="Times New Roman" w:hAnsi="Times New Roman" w:cs="Times New Roman"/>
          <w:sz w:val="24"/>
          <w:szCs w:val="24"/>
        </w:rPr>
        <w:t>for Feedback: Where do you need help in developing your idea? What issues do you anticipate in writing the case?</w:t>
      </w:r>
    </w:p>
    <w:p w14:paraId="6FE30FC1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BAD5B17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7DB2DA5" w14:textId="3179398D" w:rsidR="00B1745A" w:rsidRPr="007A624C" w:rsidRDefault="00B1745A" w:rsidP="007A624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A624C">
        <w:rPr>
          <w:rFonts w:ascii="Times New Roman" w:hAnsi="Times New Roman" w:cs="Times New Roman"/>
          <w:b/>
          <w:bCs/>
          <w:sz w:val="24"/>
          <w:szCs w:val="24"/>
        </w:rPr>
        <w:t>Case Synopsis</w:t>
      </w:r>
    </w:p>
    <w:p w14:paraId="2E7302BC" w14:textId="0A226576" w:rsidR="007A624C" w:rsidRPr="00B1745A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Synopsis of the Case</w:t>
      </w:r>
      <w:r w:rsidR="007A624C">
        <w:rPr>
          <w:rFonts w:ascii="Times New Roman" w:hAnsi="Times New Roman" w:cs="Times New Roman"/>
          <w:sz w:val="24"/>
          <w:szCs w:val="24"/>
        </w:rPr>
        <w:t>: Please include a synopsis of the case (1-page maximum) to share with your assigned roundtable.</w:t>
      </w:r>
    </w:p>
    <w:p w14:paraId="4D29D699" w14:textId="0E74BC8F" w:rsidR="006F3594" w:rsidRPr="00B1745A" w:rsidRDefault="006F3594" w:rsidP="00B1745A">
      <w:pPr>
        <w:rPr>
          <w:rFonts w:ascii="Times New Roman" w:hAnsi="Times New Roman" w:cs="Times New Roman"/>
          <w:sz w:val="24"/>
          <w:szCs w:val="24"/>
        </w:rPr>
      </w:pPr>
    </w:p>
    <w:sectPr w:rsidR="006F3594" w:rsidRPr="00B1745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DCE7A5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FAB4E3B"/>
    <w:multiLevelType w:val="hybridMultilevel"/>
    <w:tmpl w:val="8DA8DF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1D0F79"/>
    <w:multiLevelType w:val="hybridMultilevel"/>
    <w:tmpl w:val="9E7EC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146A52"/>
    <w:multiLevelType w:val="hybridMultilevel"/>
    <w:tmpl w:val="21620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C83CB2"/>
    <w:multiLevelType w:val="hybridMultilevel"/>
    <w:tmpl w:val="120C9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2534822">
    <w:abstractNumId w:val="8"/>
  </w:num>
  <w:num w:numId="2" w16cid:durableId="527449900">
    <w:abstractNumId w:val="6"/>
  </w:num>
  <w:num w:numId="3" w16cid:durableId="847446552">
    <w:abstractNumId w:val="5"/>
  </w:num>
  <w:num w:numId="4" w16cid:durableId="407580298">
    <w:abstractNumId w:val="4"/>
  </w:num>
  <w:num w:numId="5" w16cid:durableId="1009794463">
    <w:abstractNumId w:val="7"/>
  </w:num>
  <w:num w:numId="6" w16cid:durableId="1184974522">
    <w:abstractNumId w:val="3"/>
  </w:num>
  <w:num w:numId="7" w16cid:durableId="1997218105">
    <w:abstractNumId w:val="2"/>
  </w:num>
  <w:num w:numId="8" w16cid:durableId="200480191">
    <w:abstractNumId w:val="1"/>
  </w:num>
  <w:num w:numId="9" w16cid:durableId="161243415">
    <w:abstractNumId w:val="0"/>
  </w:num>
  <w:num w:numId="10" w16cid:durableId="133261692">
    <w:abstractNumId w:val="12"/>
  </w:num>
  <w:num w:numId="11" w16cid:durableId="684601835">
    <w:abstractNumId w:val="9"/>
  </w:num>
  <w:num w:numId="12" w16cid:durableId="2050841316">
    <w:abstractNumId w:val="10"/>
  </w:num>
  <w:num w:numId="13" w16cid:durableId="21047585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7525"/>
    <w:rsid w:val="00034616"/>
    <w:rsid w:val="0006063C"/>
    <w:rsid w:val="0015074B"/>
    <w:rsid w:val="0029639D"/>
    <w:rsid w:val="00326F90"/>
    <w:rsid w:val="003741E8"/>
    <w:rsid w:val="006F3594"/>
    <w:rsid w:val="007A624C"/>
    <w:rsid w:val="00881EE3"/>
    <w:rsid w:val="00A4267A"/>
    <w:rsid w:val="00AA1D8D"/>
    <w:rsid w:val="00B1745A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5FCBE1"/>
  <w14:defaultImageDpi w14:val="300"/>
  <w15:docId w15:val="{8290076B-4F1A-4103-A1E7-5944710E0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148</Words>
  <Characters>948</Characters>
  <Application>Microsoft Office Word</Application>
  <DocSecurity>0</DocSecurity>
  <Lines>17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Sheri L. Lambert</cp:lastModifiedBy>
  <cp:revision>3</cp:revision>
  <dcterms:created xsi:type="dcterms:W3CDTF">2025-11-20T18:09:00Z</dcterms:created>
  <dcterms:modified xsi:type="dcterms:W3CDTF">2025-11-21T21:35:00Z</dcterms:modified>
  <cp:category/>
</cp:coreProperties>
</file>