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44C5D" w14:textId="1CD14D2F" w:rsidR="00B1745A" w:rsidRPr="00B1745A" w:rsidRDefault="00A4267A" w:rsidP="00B1745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Fox Case Conferenc</w:t>
      </w:r>
      <w:r w:rsidR="00C45402">
        <w:rPr>
          <w:rFonts w:ascii="Times New Roman" w:hAnsi="Times New Roman" w:cs="Times New Roman"/>
          <w:b/>
          <w:bCs/>
          <w:sz w:val="24"/>
          <w:szCs w:val="24"/>
        </w:rPr>
        <w:t>e 2026</w:t>
      </w:r>
    </w:p>
    <w:p w14:paraId="4C826D14" w14:textId="77777777" w:rsidR="00B1745A" w:rsidRDefault="00B1745A" w:rsidP="00B1745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745A">
        <w:rPr>
          <w:rFonts w:ascii="Times New Roman" w:hAnsi="Times New Roman" w:cs="Times New Roman"/>
          <w:b/>
          <w:bCs/>
          <w:sz w:val="24"/>
          <w:szCs w:val="24"/>
        </w:rPr>
        <w:t>Embryo Case Submission Form</w:t>
      </w:r>
    </w:p>
    <w:p w14:paraId="340D0377" w14:textId="0178FE21" w:rsidR="00B1745A" w:rsidRPr="00B1745A" w:rsidRDefault="00B1745A" w:rsidP="00B1745A">
      <w:pPr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All cases submitted to the embryo case track must include the following for</w:t>
      </w:r>
      <w:r w:rsidR="007A624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. Please do not submit additional files. Include all relevant information in the spaces provided below. </w:t>
      </w:r>
    </w:p>
    <w:p w14:paraId="7CD6FFBC" w14:textId="7AE0D5C5" w:rsidR="00B1745A" w:rsidRDefault="00B1745A" w:rsidP="00B1745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</w:t>
      </w:r>
    </w:p>
    <w:p w14:paraId="429F7FF7" w14:textId="03CD8A3D" w:rsidR="00B1745A" w:rsidRPr="00B1745A" w:rsidRDefault="00B1745A" w:rsidP="00B174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1745A">
        <w:rPr>
          <w:rFonts w:ascii="Times New Roman" w:hAnsi="Times New Roman" w:cs="Times New Roman"/>
          <w:b/>
          <w:bCs/>
          <w:sz w:val="24"/>
          <w:szCs w:val="24"/>
        </w:rPr>
        <w:t>Case Information</w:t>
      </w:r>
    </w:p>
    <w:p w14:paraId="7BFD0F8D" w14:textId="292DEB11" w:rsidR="00B1745A" w:rsidRP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 xml:space="preserve">Working </w:t>
      </w:r>
      <w:r>
        <w:rPr>
          <w:rFonts w:ascii="Times New Roman" w:hAnsi="Times New Roman" w:cs="Times New Roman"/>
          <w:sz w:val="24"/>
          <w:szCs w:val="24"/>
        </w:rPr>
        <w:t>Case Title</w:t>
      </w:r>
      <w:r w:rsidRPr="00B1745A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64A98D9" w14:textId="2D0C0AF6" w:rsid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 xml:space="preserve">Author(s): </w:t>
      </w:r>
    </w:p>
    <w:p w14:paraId="65C75354" w14:textId="77777777" w:rsidR="007A624C" w:rsidRPr="00B1745A" w:rsidRDefault="007A624C" w:rsidP="00B1745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6D683C9" w14:textId="53F27A28" w:rsidR="00B1745A" w:rsidRPr="00B1745A" w:rsidRDefault="00B1745A" w:rsidP="00B174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1745A">
        <w:rPr>
          <w:rFonts w:ascii="Times New Roman" w:hAnsi="Times New Roman" w:cs="Times New Roman"/>
          <w:b/>
          <w:bCs/>
          <w:sz w:val="24"/>
          <w:szCs w:val="24"/>
        </w:rPr>
        <w:t>Source of Case Data</w:t>
      </w:r>
    </w:p>
    <w:p w14:paraId="4E8AB6BF" w14:textId="27DF3C25" w:rsidR="00B1745A" w:rsidRP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Check all that apply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8E4B64D" w14:textId="0203621C" w:rsidR="00B1745A" w:rsidRDefault="00B1745A" w:rsidP="00B1745A">
      <w:pPr>
        <w:pStyle w:val="ListParagraph"/>
        <w:numPr>
          <w:ilvl w:val="0"/>
          <w:numId w:val="1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Library Research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5AB1B3D4" w14:textId="77777777" w:rsidR="00B1745A" w:rsidRDefault="00B1745A" w:rsidP="00B1745A">
      <w:pPr>
        <w:pStyle w:val="ListParagraph"/>
        <w:numPr>
          <w:ilvl w:val="0"/>
          <w:numId w:val="1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Interviews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7D4DDFB7" w14:textId="77777777" w:rsidR="00B1745A" w:rsidRDefault="00B1745A" w:rsidP="00B1745A">
      <w:pPr>
        <w:pStyle w:val="ListParagraph"/>
        <w:numPr>
          <w:ilvl w:val="0"/>
          <w:numId w:val="1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Consulting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473549A7" w14:textId="72E98992" w:rsidR="00B1745A" w:rsidRDefault="00B1745A" w:rsidP="00B1745A">
      <w:pPr>
        <w:pStyle w:val="ListParagraph"/>
        <w:numPr>
          <w:ilvl w:val="0"/>
          <w:numId w:val="12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Personal Experience ___</w:t>
      </w:r>
    </w:p>
    <w:p w14:paraId="39B6849C" w14:textId="77777777" w:rsidR="007A624C" w:rsidRDefault="007A624C" w:rsidP="007A624C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5820A707" w14:textId="77777777" w:rsidR="00B1745A" w:rsidRPr="00B1745A" w:rsidRDefault="00B1745A" w:rsidP="00B1745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E1CEEE" w14:textId="2B6A9876" w:rsidR="00B1745A" w:rsidRPr="00B1745A" w:rsidRDefault="00B1745A" w:rsidP="00B174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Case </w:t>
      </w:r>
      <w:r w:rsidRPr="00B1745A">
        <w:rPr>
          <w:rFonts w:ascii="Times New Roman" w:hAnsi="Times New Roman" w:cs="Times New Roman"/>
          <w:b/>
          <w:bCs/>
          <w:sz w:val="24"/>
          <w:szCs w:val="24"/>
        </w:rPr>
        <w:t>Educational Context</w:t>
      </w:r>
    </w:p>
    <w:p w14:paraId="18FA5FE5" w14:textId="77777777" w:rsid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 xml:space="preserve">Expected </w:t>
      </w:r>
      <w:r>
        <w:rPr>
          <w:rFonts w:ascii="Times New Roman" w:hAnsi="Times New Roman" w:cs="Times New Roman"/>
          <w:sz w:val="24"/>
          <w:szCs w:val="24"/>
        </w:rPr>
        <w:t>level at which the case will be taught:</w:t>
      </w:r>
    </w:p>
    <w:p w14:paraId="26A2D4EF" w14:textId="24CD27AD" w:rsidR="00B1745A" w:rsidRDefault="00B1745A" w:rsidP="00B1745A">
      <w:pPr>
        <w:pStyle w:val="ListParagraph"/>
        <w:numPr>
          <w:ilvl w:val="0"/>
          <w:numId w:val="13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Undergraduate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5D8F9C96" w14:textId="057E268F" w:rsidR="00B1745A" w:rsidRDefault="00B1745A" w:rsidP="00B1745A">
      <w:pPr>
        <w:pStyle w:val="ListParagraph"/>
        <w:numPr>
          <w:ilvl w:val="0"/>
          <w:numId w:val="13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Advanced Undergraduate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6740F9EF" w14:textId="34807879" w:rsidR="00B1745A" w:rsidRDefault="00B1745A" w:rsidP="00B1745A">
      <w:pPr>
        <w:pStyle w:val="ListParagraph"/>
        <w:numPr>
          <w:ilvl w:val="0"/>
          <w:numId w:val="13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Graduate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14:paraId="79B63156" w14:textId="1C8B47CB" w:rsidR="00B1745A" w:rsidRDefault="00B1745A" w:rsidP="00B1745A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what course do you envision teaching the case? Please list 1-2 courses.</w:t>
      </w:r>
    </w:p>
    <w:p w14:paraId="16FE245C" w14:textId="77777777" w:rsidR="007A624C" w:rsidRPr="00B1745A" w:rsidRDefault="007A624C" w:rsidP="00B1745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4FCFA0F3" w14:textId="6B0470B8" w:rsidR="00B1745A" w:rsidRDefault="00B1745A" w:rsidP="00B1745A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Industry Setting:</w:t>
      </w:r>
    </w:p>
    <w:p w14:paraId="6D449E6D" w14:textId="77777777" w:rsidR="007A624C" w:rsidRPr="00B1745A" w:rsidRDefault="007A624C" w:rsidP="00B1745A">
      <w:pPr>
        <w:ind w:firstLine="360"/>
        <w:rPr>
          <w:rFonts w:ascii="Times New Roman" w:hAnsi="Times New Roman" w:cs="Times New Roman"/>
          <w:sz w:val="24"/>
          <w:szCs w:val="24"/>
        </w:rPr>
      </w:pPr>
    </w:p>
    <w:p w14:paraId="6B5E7918" w14:textId="0A4040A7" w:rsidR="00B1745A" w:rsidRDefault="00B1745A" w:rsidP="00B1745A">
      <w:pPr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Case Protagonist</w:t>
      </w:r>
      <w:r w:rsidRPr="00B1745A">
        <w:rPr>
          <w:rFonts w:ascii="Times New Roman" w:hAnsi="Times New Roman" w:cs="Times New Roman"/>
          <w:sz w:val="24"/>
          <w:szCs w:val="24"/>
        </w:rPr>
        <w:t xml:space="preserve"> &amp; Job Title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232E923" w14:textId="77777777" w:rsidR="007A624C" w:rsidRPr="00B1745A" w:rsidRDefault="007A624C" w:rsidP="00B1745A">
      <w:pPr>
        <w:ind w:firstLine="360"/>
        <w:rPr>
          <w:rFonts w:ascii="Times New Roman" w:hAnsi="Times New Roman" w:cs="Times New Roman"/>
          <w:sz w:val="24"/>
          <w:szCs w:val="24"/>
        </w:rPr>
      </w:pPr>
    </w:p>
    <w:p w14:paraId="38411FF7" w14:textId="7C3FC630" w:rsidR="00B1745A" w:rsidRDefault="00B1745A" w:rsidP="00B174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Instructor’s Manual - </w:t>
      </w:r>
      <w:r w:rsidRPr="00B1745A">
        <w:rPr>
          <w:rFonts w:ascii="Times New Roman" w:hAnsi="Times New Roman" w:cs="Times New Roman"/>
          <w:b/>
          <w:bCs/>
          <w:sz w:val="24"/>
          <w:szCs w:val="24"/>
        </w:rPr>
        <w:t>Learning &amp; Teaching Elements</w:t>
      </w:r>
    </w:p>
    <w:p w14:paraId="13896590" w14:textId="784DD404" w:rsidR="00B1745A" w:rsidRDefault="00B1745A" w:rsidP="007A624C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Relevant Theory:</w:t>
      </w:r>
    </w:p>
    <w:p w14:paraId="45854381" w14:textId="77777777" w:rsidR="007A624C" w:rsidRPr="00B1745A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3E43430E" w14:textId="35703CBD" w:rsidR="00B1745A" w:rsidRDefault="00B1745A" w:rsidP="007A624C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Envisioned Learning Objectives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0EAA5E4" w14:textId="77777777" w:rsidR="007A624C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35BFA8B5" w14:textId="77777777" w:rsidR="007A624C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5D4E053C" w14:textId="77777777" w:rsidR="007A624C" w:rsidRDefault="00B1745A" w:rsidP="007A624C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Questions</w:t>
      </w:r>
      <w:r w:rsidR="007A624C">
        <w:rPr>
          <w:rFonts w:ascii="Times New Roman" w:hAnsi="Times New Roman" w:cs="Times New Roman"/>
          <w:sz w:val="24"/>
          <w:szCs w:val="24"/>
        </w:rPr>
        <w:t>/</w:t>
      </w:r>
      <w:r w:rsidRPr="00B1745A">
        <w:rPr>
          <w:rFonts w:ascii="Times New Roman" w:hAnsi="Times New Roman" w:cs="Times New Roman"/>
          <w:sz w:val="24"/>
          <w:szCs w:val="24"/>
        </w:rPr>
        <w:t xml:space="preserve">Issues </w:t>
      </w:r>
      <w:r w:rsidR="007A624C">
        <w:rPr>
          <w:rFonts w:ascii="Times New Roman" w:hAnsi="Times New Roman" w:cs="Times New Roman"/>
          <w:sz w:val="24"/>
          <w:szCs w:val="24"/>
        </w:rPr>
        <w:t>for Feedback: Where do you need help in developing your idea? What issues do you anticipate in writing the case?</w:t>
      </w:r>
    </w:p>
    <w:p w14:paraId="6FE30FC1" w14:textId="77777777" w:rsidR="007A624C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5BAD5B17" w14:textId="77777777" w:rsidR="007A624C" w:rsidRDefault="007A624C" w:rsidP="007A624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7DB2DA5" w14:textId="3179398D" w:rsidR="00B1745A" w:rsidRPr="007A624C" w:rsidRDefault="00B1745A" w:rsidP="007A624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A624C">
        <w:rPr>
          <w:rFonts w:ascii="Times New Roman" w:hAnsi="Times New Roman" w:cs="Times New Roman"/>
          <w:b/>
          <w:bCs/>
          <w:sz w:val="24"/>
          <w:szCs w:val="24"/>
        </w:rPr>
        <w:t>Case Synopsis</w:t>
      </w:r>
    </w:p>
    <w:p w14:paraId="2E7302BC" w14:textId="0A226576" w:rsidR="007A624C" w:rsidRPr="00B1745A" w:rsidRDefault="00B1745A" w:rsidP="007A624C">
      <w:pPr>
        <w:ind w:left="360"/>
        <w:rPr>
          <w:rFonts w:ascii="Times New Roman" w:hAnsi="Times New Roman" w:cs="Times New Roman"/>
          <w:sz w:val="24"/>
          <w:szCs w:val="24"/>
        </w:rPr>
      </w:pPr>
      <w:r w:rsidRPr="00B1745A">
        <w:rPr>
          <w:rFonts w:ascii="Times New Roman" w:hAnsi="Times New Roman" w:cs="Times New Roman"/>
          <w:sz w:val="24"/>
          <w:szCs w:val="24"/>
        </w:rPr>
        <w:t>Synopsis of the Case</w:t>
      </w:r>
      <w:r w:rsidR="007A624C">
        <w:rPr>
          <w:rFonts w:ascii="Times New Roman" w:hAnsi="Times New Roman" w:cs="Times New Roman"/>
          <w:sz w:val="24"/>
          <w:szCs w:val="24"/>
        </w:rPr>
        <w:t>: Please include a synopsis of the case (1-page maximum) to share with your assigned roundtable.</w:t>
      </w:r>
    </w:p>
    <w:p w14:paraId="4D29D699" w14:textId="0E74BC8F" w:rsidR="006F3594" w:rsidRPr="00B1745A" w:rsidRDefault="006F3594" w:rsidP="00B1745A">
      <w:pPr>
        <w:rPr>
          <w:rFonts w:ascii="Times New Roman" w:hAnsi="Times New Roman" w:cs="Times New Roman"/>
          <w:sz w:val="24"/>
          <w:szCs w:val="24"/>
        </w:rPr>
      </w:pPr>
    </w:p>
    <w:sectPr w:rsidR="006F3594" w:rsidRPr="00B1745A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DDA8F" w14:textId="77777777" w:rsidR="00785AA1" w:rsidRDefault="00785AA1" w:rsidP="00C45402">
      <w:pPr>
        <w:spacing w:after="0" w:line="240" w:lineRule="auto"/>
      </w:pPr>
      <w:r>
        <w:separator/>
      </w:r>
    </w:p>
  </w:endnote>
  <w:endnote w:type="continuationSeparator" w:id="0">
    <w:p w14:paraId="442E8F90" w14:textId="77777777" w:rsidR="00785AA1" w:rsidRDefault="00785AA1" w:rsidP="00C454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DB22C" w14:textId="77777777" w:rsidR="00785AA1" w:rsidRDefault="00785AA1" w:rsidP="00C45402">
      <w:pPr>
        <w:spacing w:after="0" w:line="240" w:lineRule="auto"/>
      </w:pPr>
      <w:r>
        <w:separator/>
      </w:r>
    </w:p>
  </w:footnote>
  <w:footnote w:type="continuationSeparator" w:id="0">
    <w:p w14:paraId="03D13F37" w14:textId="77777777" w:rsidR="00785AA1" w:rsidRDefault="00785AA1" w:rsidP="00C454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C237B" w14:textId="37F5CFA6" w:rsidR="00C45402" w:rsidRDefault="00C45402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C2BDA09" wp14:editId="4D2AB7FA">
          <wp:simplePos x="0" y="0"/>
          <wp:positionH relativeFrom="margin">
            <wp:align>center</wp:align>
          </wp:positionH>
          <wp:positionV relativeFrom="paragraph">
            <wp:posOffset>-190500</wp:posOffset>
          </wp:positionV>
          <wp:extent cx="3016250" cy="578115"/>
          <wp:effectExtent l="0" t="0" r="0" b="0"/>
          <wp:wrapNone/>
          <wp:docPr id="209569372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693723" name="Picture 209569372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16250" cy="5781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9DCE7A5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FAB4E3B"/>
    <w:multiLevelType w:val="hybridMultilevel"/>
    <w:tmpl w:val="8DA8DF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1D0F79"/>
    <w:multiLevelType w:val="hybridMultilevel"/>
    <w:tmpl w:val="9E7EC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146A52"/>
    <w:multiLevelType w:val="hybridMultilevel"/>
    <w:tmpl w:val="21620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C83CB2"/>
    <w:multiLevelType w:val="hybridMultilevel"/>
    <w:tmpl w:val="120C9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2534822">
    <w:abstractNumId w:val="8"/>
  </w:num>
  <w:num w:numId="2" w16cid:durableId="527449900">
    <w:abstractNumId w:val="6"/>
  </w:num>
  <w:num w:numId="3" w16cid:durableId="847446552">
    <w:abstractNumId w:val="5"/>
  </w:num>
  <w:num w:numId="4" w16cid:durableId="407580298">
    <w:abstractNumId w:val="4"/>
  </w:num>
  <w:num w:numId="5" w16cid:durableId="1009794463">
    <w:abstractNumId w:val="7"/>
  </w:num>
  <w:num w:numId="6" w16cid:durableId="1184974522">
    <w:abstractNumId w:val="3"/>
  </w:num>
  <w:num w:numId="7" w16cid:durableId="1997218105">
    <w:abstractNumId w:val="2"/>
  </w:num>
  <w:num w:numId="8" w16cid:durableId="200480191">
    <w:abstractNumId w:val="1"/>
  </w:num>
  <w:num w:numId="9" w16cid:durableId="161243415">
    <w:abstractNumId w:val="0"/>
  </w:num>
  <w:num w:numId="10" w16cid:durableId="133261692">
    <w:abstractNumId w:val="12"/>
  </w:num>
  <w:num w:numId="11" w16cid:durableId="684601835">
    <w:abstractNumId w:val="9"/>
  </w:num>
  <w:num w:numId="12" w16cid:durableId="2050841316">
    <w:abstractNumId w:val="10"/>
  </w:num>
  <w:num w:numId="13" w16cid:durableId="21047585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7525"/>
    <w:rsid w:val="00034616"/>
    <w:rsid w:val="0006063C"/>
    <w:rsid w:val="0015074B"/>
    <w:rsid w:val="0029639D"/>
    <w:rsid w:val="00326F90"/>
    <w:rsid w:val="003741E8"/>
    <w:rsid w:val="006F3594"/>
    <w:rsid w:val="00785AA1"/>
    <w:rsid w:val="007A624C"/>
    <w:rsid w:val="007B762F"/>
    <w:rsid w:val="00881EE3"/>
    <w:rsid w:val="00A4267A"/>
    <w:rsid w:val="00AA1D8D"/>
    <w:rsid w:val="00B1745A"/>
    <w:rsid w:val="00B47730"/>
    <w:rsid w:val="00C45402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65FCBE1"/>
  <w14:defaultImageDpi w14:val="300"/>
  <w15:docId w15:val="{8290076B-4F1A-4103-A1E7-5944710E0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Ahmed Sabbir</cp:lastModifiedBy>
  <cp:revision>4</cp:revision>
  <dcterms:created xsi:type="dcterms:W3CDTF">2025-11-20T18:09:00Z</dcterms:created>
  <dcterms:modified xsi:type="dcterms:W3CDTF">2026-02-20T18:20:00Z</dcterms:modified>
  <cp:category/>
</cp:coreProperties>
</file>